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זירת הדיבייט – מתווכחים בכבוד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זירת הדיבייט: מתווכחים בכבוד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להבחין בין ריב לוויכוח מכבד ולהכיר את כללי הזירה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לבנות טיעון שלם הכולל טענה, נימוק, ראיה, דוגמה ומענה לטענת נגד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לרכוש מילים וביטויים להקשבה פעילה ולוויכוח מכבד, גם כשקשה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תפקידים שונים בזירת דיבייט ולדעת לשפוט טיעון לפי מחוון פשוט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מה זה דיבייט – זוכרים ומזהים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מסביר האתר את ההבדל בין ריב לוויכוח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אחד משלושת הכללים של הזירה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הכלל הוא ההפך: מתווכחים על רעיונות, לא על אנשים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הכלל השני מתוך שלושת כללי הזירה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מה זה דיבייט – מבינים ומיישמים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בריב מנסים לנצח את האדם, בוויכוח מחפשים את הרעיון הטוב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צריך לבטל ציונים בחטיבת הביניים ולתת משוב במילים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להתווכח על האדם ולא על הרעיון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מה זה דיבייט – חושבים לעומק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(לא על אנשים)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(ומשקפים לפני שעונים)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(זה סימן לחשיבה)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(מנסים לנצח את האדם)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(מחפשים את הרעיון הכי טוב)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מה זה דיבייט – כותבים ומנמקים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לתאר מצב קצר ולהציע הקשבה, דיבור על הרעיון במקום על האדם, ופתיחות לשנות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 המתייחסת לנושא אמיתי מבנק הנושאים, למשל ציונים מול משוב מילולי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בונים טיעון חזק – שלבי הטיעון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(מה העמדה שלי בנושא)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(למה אני חושב/ת כך)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(נתון, מחקר או מקור שמחזק את הנימוק)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(מקרה מהחיים שממחיש את הנימוק)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(תשובה לטענה שיגיד הצד השני)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(משפט סיום חזק שחוזר על העמדה)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בונים טיעון חזק – מה תפקיד המשפט?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טענה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נימוק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מענה לטענה נגדית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בונים טיעון חזק – כותבים טיעון שלם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עמדה ברור בעד או נגד, עם אחד מהפתיחים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סיבה הגיונית שמסבירה את הטענה, עם מילת סיבה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מקרה מוחשי שמתאים לנימוק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טענה של הצד השני ואז תשובה הגיונית אליה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מדיבור לכתיבה טיעונית – הכרת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הסיבה לטענה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נתון, מחקר או דברי מומחה שמחזקים את הנימוק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לענות לטענת הנגד של הצד השני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סיכום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מדיבור לכתיבה טיעונית – זיהוי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המילה 'לדעתי' פותחת הבעת עמדה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דוגמה היא מקרה מוחשי מהחיים, ואילו נתון או סקר הם ראיה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מדיבור לכתיבה טיעונית – מילות 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(משום 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(לכן)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(אף על פי 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(בנוסף)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מדיבור לכתיבה טיעונית – השלמת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ויתור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תוצאה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חוסן בוויכוח והקשבה פעילה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6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חוסן בוויכוח והקשבה פעילה – עוד שאלות קלות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שלבי הכלי הם עצור, שרירים, נשימה, דיבור עצמי מרגיע וקדימה.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אלו שלוש הדרכים שמוזכרות באתר להקשבה פעילה.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בכלי עש״ן ד״ק עוצרים שנייה לפני שעונים.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חוסן בוויכוח והקשבה פעילה – 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קדימה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שיקוף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חוסן בוויכוח והקשבה פעילה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(לשתות מים ולשבת זקוף)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(לרשום את טענת הצד השני ולחפש בה נקודה נכונה)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(לתת שם לרגש, למשל ‘אני מתוסכל/ת’)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(להיעזר בקבוצה ולהתייעץ)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(לדמיין איך הייתי רוצה שיענו לי)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תפקידים, שיפוט והצבעה בזירה – מכירים תפקידים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נואם/ת פתיחה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בונה טיעונים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שופט/ת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תפקידים, שיפוט והצבעה בזירה – מזהים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במפורש: מקשיב/ה לצד השני ועונה לטענות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שומר/ת הזמן מפעיל/ה את הטיימר; השופט/ת מעריכ/ה לפי המחוון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תפקידים, שיפוט והצבעה בזירה – מתאימים תפקיד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(סוגר/ת את הדיון: מה אמרנו ולמה צדקנו)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(שואל/ת שאלה אחת לכל צד בסוף הדיון)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(מתעד/ת את הטענות הטובות משני הצדדים)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(שם/ה לב לטענות שצריך לבדוק מאיפה המידע)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(מעריכ/ה לפי המחוון: בהירות, ראיות, כבוד והפרכה)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תפקידים, שיפוט והצבעה בזירה – המחוון במילים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בהירות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ראיות וביסוס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פורמטים ונושאים לדיון – מכירים את הפורמטים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ארבעה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10 דקות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כוללת שלושה משפטים נפרדים ומתאימים לתפקיד שלהם (טענה/נימוק/דוגמה), עם מילת קישור מתאימה כמו 'כי' או 'לדוגמה'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נעשה שימוש בביטויים מכבדים כמו 'אני רואה את זה אחרת' או 'יש בזה היגיון, אבל' ולא בביטויים פוגעניים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ההסבר מבחין בין התמקדות באדם (ריב) להתמקדות ברעיון (ויכוח), עם דוגמה רלוונטית מחיי בית הספר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לשלושה מפגשים: יסודות וכללים, בניית טיעון וכתיבה, ולבסוף חוסן ותפקידים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שמתקשים אפשר לתת פתיחי משפט מוכנים (כמו 'לדעתי…', 'משום ש…') ולבקש להשלים רק סוף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לבקש לכתוב טיעון מלא על נושא מבנק הנושאים כולל מענה לטענת נגד, בלי עזרה מפתיחי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תרגול בעל פה בזוגות לפני הכתיבה, כדי שהתלמידים יתרגלו את הביטויים המכבדים לפני שהם כותבים אותם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זירת הדיבייט – מתווכחים בכבוד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זירת הדיבייט: מתווכחים בכבוד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הזו תתרגלו שלב אחר שלב איך בונים טיעון, איך מקשיבים בכבוד ואיך מתמודדים עם ויכוח שמתחמם. עבדו בסדר הפרקים, ונסו להיעזר במילים ובדוגמאות שמופיעות בכל פרק.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מה זה דיבייט – זוכרים ומזהים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בריב מנסים לנצח את האדם, ובוויכוח מחפשים את הרעיון הכי טוב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לשנות דעה באמצע ויכוח, וזה נחשב סימן לחשיבה טובה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בזירת הדיבייט מתווכחים על האנשים ולא על הרעיונות שלהם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אחד מכללי הזירה הוא להקשיב עד הסוף ולשקף לפני שעונים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מה זה דיבייט – מבינים ומיישמים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ההבדל העיקרי בין ריב לוויכוח לפי הזירה?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בריב צועקים ובוויכוח שרים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בריב מנסים לנצח את האדם, בוויכוח מחפשים את הרעיון הטוב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הבדל ביניהם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ריב קצר וויכוח ארוך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כללים יש בזירת הדיבייט?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נושא מופיע בבנק הנושאים של חט״ב בתחום בית הספר?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צריך לבטל ציונים בחטיבת הביניים ולתת משוב במילים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צריך להאריך את החופש הגדול בחודש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אסור ללמוד מתמטיקה בבית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התלמידים צריכים ללבוש אותו בגד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לפי כללי הזירה, מה אסור לעשות בוויכוח מכבד?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להקשיב לצד השני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להתווכח על האדם ולא על הרעיון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לשנות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לנמק את העמדה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מה זה דיבייט – חושבים לעומק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מתווכחים על רעיונות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זה סימן לחשיבה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מקשיבים עד הסוף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מנסים לנצח את האדם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מותר לשנות דעה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מחפשים את הרעיון הכי טוב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ומשקפים לפני שעונים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ויכוח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לא על אנשים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מה זה דיבייט – כותבים ומנמקים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בקצרה מצב שהיה בו ריב, והסבירו איך אפשר להפוך אותו לוויכוח מכבד לפי כללי הזירה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נושא אחד מבנק הנושאים של חט״ב בתחום בית הספר, וכתבו משפט המסביר למה מעניין להתווכח עליו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בונים טיעון חזק – שלבי הטיעון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טענה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למה אני חושב/ת כך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נימוק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תשובה לטענה שיגיד הצד השני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ראיה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משפט סיום חזק שחוזר על העמדה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דוגמה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נתון, מחקר או מקור שמחזק את הנימוק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מענה לטענה נגדית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מקרה מהחיים שממחיש את הנימוק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סיכום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מה העמדה שלי בנושא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בונים טיעון חזק – מה תפקיד המשפט?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"לדעתי, צריך לבטל ציונים בחטיבת הביניים" – איזה שלב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נימוק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"משום שמשוב במילים עוזר להבין מה לשפר" – איזה שלב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נימוק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ראיה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מענה לטענה נגדית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"לדוגמה, תלמיד שקיבל משוב מפורט שיפר את הכתיבה שלו" – איזה שלב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נימוק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"יש הטוענים שציונים מכינים לבגרויות, אולם אפשר להתכונן גם בלי ציונים" – איזה שלב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מענה לטענה נגדית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בונים טיעון חזק – כותבים טיעון שלם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הנושא: צריך לאסור טלפונים ניידים לאורך כל יום הלימודים. כתבו טענה, והשתמשו באחד הפתיחים: לדעתי... / אני סבור/ה ש...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נימוק לטענה שלכם, בעזרת מילת סיבה: משום ש / מאחר ש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דוגמה מהחיים שממחישה את הנימוק, בעזרת הפתיח: לדוגמה... / כך למשל...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טענת נגד אפשרית ומענה לה, בעזרת הפתיח: יש הטוענים ש..., אולם...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מדיבור לכתיבה טיעונית – הכרת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תפקידו של הנימוק בטיעון?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הסיבה לטענה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הדוגמה המוחשית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תשובה לטענת נגד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חזרה על העמדה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ראיה (ביסוס) בטיעון?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מקרה מוחשי שממחיש את הנימוק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נתון, מחקר או דברי מומחה שמחזקים את הנימוק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משפט שמסכם את העמדה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הצגת דעת הצד השני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תפקיד ה'הפרכה' בטיעון?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להציג עמדה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לחזור על הטענה המקורית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לענות לטענת הנגד של הצד השני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להביא דוגמה נוספת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באיזה חלק בטיעון חוזרים על העמדה בלי להוסיף טענה חדשה?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נימוק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טענת נגד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מדיבור לכתיבה טיעונית – זיהוי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שמתחיל במילה 'לדעתי' הוא בדרך כלל טענה או עמדה.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דוגמה בטיעון היא תמיד נתון מספרי או תוצאת סקר.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מדיבור לכתיבה טיעונית – מילות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סיבה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אף על פי 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תוצאה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בנוסף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ניגוד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לכן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ויתור והסתייגות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הוספה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משום 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מדיבור לכתיבה טיעונית – השלמת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משפט שמביא נתון, מחקר או דברי מומחה כדי לחזק את הנימוק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מילת הקישור 'למרות ש' מבטאת יחס של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משפט שפותח במילה 'לכן' מבטא יחס של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חוסן בוויכוח והקשבה פעילה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הפירוש של האות הראשונה בכלי עש״ן ד״ק?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עצור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עניין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עצב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ערוצים יש בכלי גש״ר מאח״ד?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7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חוסן בוויכוח והקשבה פעילה – עוד שאלות קלות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דיבור עצמי מרגיע הוא אחד משלבי כלי עש״ן ד״ק.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הקשבה פעילה כוללת שלוש טכניקות: שיקוף, שאלה וסיכום.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כשהוויכוח מתחמם, הכלל הוא לענות מיד בלי לעצור.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חוסן בוויכוח והקשבה פעילה – 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בכלי עש״ן ד״ק, השלב האחרון שבו חוזרים לדיון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בטכניקת __________ חוזרים במילים שלנו על מה שהצד השני אמר.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חוסן בוויכוח והקשבה פעילה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לרשום את טענת הצד השני ולחפש בה נקודה נכונה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שכל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לדמיין איך הייתי רוצה שיענו 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רגש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להיעזר בקבוצה ולהתייעץ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חברה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לשתות מים ולשבת זקוף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דמיון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לתת שם לרגש, למשל ‘אני מתוסכל/ת’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תפקידים, שיפוט והצבעה בזירה – מכירים תפקידים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בזירה מציג/ה את העמדה של הקבוצה בבהירות ובביטחון בתחילת הדיון?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נואם/ת פתיחה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בונה טיעונים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מפריכ/ה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שופט/ת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אחראי/ת על הנימוקים, הראיות והדוגמאות של הקבוצה?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שומר/ת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בונה טיעונים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מסכמ/ת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כתב/ת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מעריכ/ה את הקבוצות לפי המחוון: בהירות, ראיות, כבוד והפרכה?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מראיינ/ת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בודק/ת עובדות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שופט/ת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שומר/ת כבוד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תפקידים, שיפוט והצבעה בזירה – מזהים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תפקיד המפריכ/ה הוא להקשיב לצד השני ולענות לטענות שלו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תפקיד שומר/ת הזמן הוא לשפוט את הקבוצות לפי המחוון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תפקידים, שיפוט והצבעה בזירה – מתאימים תפקיד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מסכמ/ת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מעריכ/ה לפי המחוון: בהירות, ראיות, כבוד והפרכה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מראיינ/ת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שם/ה לב לטענות שצריך לבדוק מאיפה המידע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כתב/ת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סוגר/ת את הדיון: מה אמרנו ולמה צדקנו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בודק/ת עובדות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מתעד/ת את הטענות הטובות משני הצדדים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שופט/ת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שואל/ת שאלה אחת לכל צד בסוף הדיון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תפקידים, שיפוט והצבעה בזירה – המחוון במילים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אחד מארבעת קריטריוני המחוון בודק אם העמדה מוצגת בבירור וקל לעקוב אחריה – זהו קריטריון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הקריטריון שבודק אם הטענות נתמכות בנימוקים, דוגמאות ומידע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פורמטים ונושאים לדיון – מכירים את הפורמטים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בפורמט 'ארבע פינות' כמה שלטים תולים בכיתה?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זמן אורך פורמט 'דיבייט בזוגות' לפי הזירה?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30 דקות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תן/י דוגמה למשפט טענה, למשפט נימוק ולמשפט דוגמה על נושא מבנק הנושאים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כתוב/כתבי שתי דרכים לענות בכבוד למישהו שחושב אחרת ממך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הסבר/י מה ההבדל בין ריב לוויכוח, ותן/י דוגמה אחת משלך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זירת הדיבייט: מתווכחים בכבוד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