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זירת הדיבייט: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להבחין בין ריב לוויכוח מכבד ולהכיר את כללי הזירה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טיעון שלם הכולל טענה, נימוק, ראיה, דוגמה ומענה לטענת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מילים וביטויים להקשבה פעילה ולוויכוח מכבד, גם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תפקידים שונים בזירת דיבייט ולדעת לשפוט טיעון לפי מחוון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דיבייט – זוכרים ומזהים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מסביר האתר את ההבדל בין ריב לוויכוח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משלושת הכללים של הזירה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הכלל הוא ההפך: מתווכחים על רעיונות, לא על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הכלל השני מתוך שלושת כללי הזירה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דיבייט – מבינים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בריב מנסים לנצח את האדם, בוויכוח מחפשים את הרעיון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צריך לבטל ציונים בחטיבת הביניים ולתת משוב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להתווכח על האדם ולא על הרעיון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דיבייט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על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(ומשקפים לפני שעונים)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(זה סימן לחשיבה)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(מנסים לנצח את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(מחפשים את הרעיון הכי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דיבייט – כותבים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לתאר מצב קצר ולהציע הקשבה, דיבור על הרעיון במקום על האדם, ופתיחות לשנות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המתייחסת לנושא אמיתי מבנק הנושאים, למשל ציונים מול משוב מילולי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טיעון חזק – שלבי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העמדה שלי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(למה אני חושב/ת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(נתון, מחקר או מקור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(מקרה מהחיים שממחיש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(תשובה לטענה שיגיד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(משפט סיום חזק שחוזר על העמדה)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טיעון חזק – מה תפקיד המשפט?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מענה לטענה נגדית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טיעון חזק – כותבים טיעון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עמדה ברור בעד או נגד, עם אחד מהפתיחים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 הגיונית שמסבירה את הטענה, עם מילת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מקרה מוחשי שמתאים לנימוק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טענה של הצד השני ואז תשובה הגיונית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מדיבור לכתיבה טיעונית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הסיבה לטענה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נתון, מחקר או דברי מומחה שמחזקים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לענות לטענת הנגד של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מדיבור לכתיבה טיעונית – זיהוי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'לדעתי' פותחת הבעת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דוגמה היא מקרה מוחשי מהחיים, ואילו נתון או סקר הם ראיה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מדיבור לכתיבה טיעונית –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(משום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(אף על פי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(בנוסף)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מדיבור לכתיבה טיעונית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חוסן בוויכוח והקשבה פעילה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חוסן בוויכוח והקשבה פעילה – עוד שאלות 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שלבי הכלי הם עצור, שרירים, נשימה, דיבור עצמי מרגיע וקדימה.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שלוש הדרכים שמוזכרות באתר להקשבה פעילה.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בכלי עש״ן ד״ק עוצרים שנייה לפני שעונים.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חוסן בוויכוח והקשבה פעילה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שיקוף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חוסן בוויכוח והקשבה פעילה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(לשתות מים ולשבת זקוף)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(לרשום את טענת הצד השני ולחפש בה נקודה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(לתת שם לרגש, למשל ‘אני מתוסכל/ת’)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(להיעזר בקבוצה ולהתייעץ)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(לדמיין איך הייתי רוצה שיענו 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תפקידים, שיפוט והצבעה בזירה – מכירים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נואם/ת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בונה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שופט/ת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תפקידים, שיפוט והצבעה בזירה – מזהים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במפורש: מקשיב/ה לצד השני ועונה לטענות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שומר/ת הזמן מפעיל/ה את הטיימר; השופט/ת מעריכ/ה לפי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תפקידים, שיפוט והצבעה בזירה – מתאימים תפקיד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(סוגר/ת את הדיון: מה אמרנו ולמה צדקנו)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(שואל/ת שאלה אחת לכל צד בסוף הדיון)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(מתעד/ת את הטענות הטובות משני הצדדים)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(שם/ה לב לטענות שצריך לבדוק מאיפה המידע)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(מעריכ/ה לפי המחוון: בהירות, ראיות, כבוד והפרכה)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תפקידים, שיפוט והצבעה בזירה – המחוון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ראיות וביסוס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פורמטים ונושאים לדיון – מכירים את הפורמטים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שלושה משפטים נפרדים ומתאימים לתפקיד שלהם (טענה/נימוק/דוגמה), עם מילת קישור מתאימה כמו 'כי' או 'לדוגמה'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נעשה שימוש בביטויים מכבדים כמו 'אני רואה את זה אחרת' או 'יש בזה היגיון, אבל' ולא בביטויים פוגעניים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ההסבר מבחין בין התמקדות באדם (ריב) להתמקדות ברעיון (ויכוח), עם דוגמה רלוונטית מחיי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יסודות וכללים, בניית טיעון וכתיבה, ולבסוף חוסן ותפקידים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לתת פתיחי משפט מוכנים (כמו 'לדעתי…', 'משום ש…') ולבקש להשלים רק סוף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טיעון מלא על נושא מבנק הנושאים כולל מענה לטענת נגד, בלי עזרה מפתיחי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תרגול בעל פה בזוגות לפני הכתיבה, כדי שהתלמידים יתרגלו את הביטויים המכבדים לפני שהם כותבים אותם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זירת הדיבייט: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איך להתווכח יפה. עובדים לפי הסדר, פרק אחרי פרק. בכל פרק יש דוגמאות שעוזרות.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אני חושב על הנושא, במשפט אחד וברור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אני חושב ככה, מתחיל לרוב במילה 'כי'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נתון, מחקר או דוגמה שמחזקים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מהחיים שממחיש את מה שאמרתי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טענת 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אנשים שחושבים אחרת היו אומרים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שלי לטענת הנגד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להקשיב, לשקף במילים שלי ולשאול שאלה כדי להבין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ויכוח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על רעיונות, לא על אנשים, ומקשיבים 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שיפוט לפי 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טיעון לפי כללים קבועים: בהירות, ראיות, כבוד והפרכה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שישה ערוצים שעוזרים להתמודד עם ויכוח קשה: גוף, שכל, רגש, אמונות, חברה, דמיון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דיבייט – זוכרים ומזהים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בריב מנסים לנצח את האדם, ובוויכוח מחפשים את הרעיון הכי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לשנות דעה באמצע ויכוח, וזה נחשב סימן לחשיבה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בזירת הדיבייט מתווכחים על האנשים ולא על הרעיונות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מכללי הזירה הוא להקשיב עד הסוף ולשקף לפני שעונים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דיבייט – מבינים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שונה בין ריב לוויכוח?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בריב צועקים ובוויכוח 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בריב מנסים לנצח את האדם, בוויכוח מחפשים את הרעיון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 קצר וויכוח ארוך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כללים מוזכרים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הוא נושא לדוגמה מבנק הנושאים?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לבטל ציונים בחטיבת הביניים ולתת משוב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להאריך את החופש הגדול בחודש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ללמוד מתמטיקה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התלמידים צריכים ללבוש אותו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לא עושים בוויכוח מכבד?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לצד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להתווכח על האדם ולא על הרעיון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לשנות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לנמק את העמדה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דיבייט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מתווכחים על רעיונות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ומשקפים לפני שעונים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מקשיבים עד הסוף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זה סימן לחשיבה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מותר לשנות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מחפשים את הרעיון הכי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על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ויכוח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מנסים לנצח את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 זה דיבייט – כותבים ומנמקים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מצב שהיה בו ריב, והסבירו איך אפשר להפוך אותו לוויכוח מכבד לפי כללי הזירה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נושא אחד מבנק הנושאים של חט״ב בתחום בית הספר, וכתבו משפט המסביר למה מעניין להתווכח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בונים טיעון חזק – שלבי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למה אני חושב/ת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העמדה שלי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מקרה מהחיים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תשובה לטענה שיגיד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מענה לטענה נגדית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סיום חזק שחוזר על העמדה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נתון, מחקר או מקור שמחזק את הנימוק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בונים טיעון חזק – מה תפקיד המשפט?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סוג המשפט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סוג המשפט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מענה לטענה נגדית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סוג המשפט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סוג המשפט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מענה לטענה נגדית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בונים טיעון חזק – כותבים טיעון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הנושא: צריך לאסור טלפונים ניידים לאורך כל יום הלימודים. כתבו טענה, והשתמשו באחד הפתיחים: לדעתי... / אני סבור/ה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נימוק לטענה שלכם, בעזרת מילת סיבה: משום ש / מאחר 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מהחיים שממחישה את הנימוק, בעזרת הפתיח: לדוגמה... / כך למשל...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טענת נגד אפשרית ומענה לה, בעזרת הפתיח: יש הטוענים ש..., אולם...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מדיבור לכתיבה טיעונית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תפקידו של הנימוק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הסיבה לטענה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הדוגמה המוחשית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תשובה לטענת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העמדה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ראיה (ביסוס)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מקרה מוחשי שממחיש את הנימוק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נתון, מחקר או דברי מומחה שמחזקים את הנימוק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שמסכם את העמדה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הצגת דעת הצד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ה'הפרכה'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עמדה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על הטענה המקורית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לענות לטענת הנגד של הצד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להביא דוגמה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חלק בטיעון חוזרים על העמדה בלי להוסיף טענה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טענת נגד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מדיבור לכתיבה טיעונית – זיהוי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שמתחיל במילה 'לדעתי' הוא בדרך כלל טענה או עמדה.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בטיעון היא תמיד נתון מספרי או תוצאת סקר.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מדיבור לכתיבה טיעונית –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אף על פי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ויתור והסתייגות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משום 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מדיבור לכתיבה טיעונית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שמביא נתון, מחקר או דברי מומחה כדי לחזק את הנימוק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הקישור 'למרות ש' מבטאת יחס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שפותח במילה 'לכן' מבטא יחס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חוסן בוויכוח והקשבה פעילה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כול כשוויכוח מתחמם?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דרכים שונות עוזרות להתמודד בוויכוח?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חוסן בוויכוח והקשבה פעילה – עוד שאלות קלות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מרגיע הוא אחד משלבי כלי עש״ן ד״ק.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פעילה כוללת שלוש טכניקות: שיקוף, שאלה וסיכום.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כשהוויכוח מתחמם, הכלל הוא לענות מיד בלי לעצור.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חוסן בוויכוח והקשבה פעילה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בכלי עש״ן ד״ק, השלב האחרון שבו חוזרים לדיון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בטכניקת __________ חוזרים במילים שלנו על מה שהצד השני אמר.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חוסן בוויכוח והקשבה פעילה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לרשום את טענת הצד השני ולחפש בה נקודה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להיעזר בקבוצה ולהתייעץ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לדמיין איך הייתי רוצה שיענו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לתת שם לרגש, למשל ‘אני מתוסכל/ת’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לשתות מים ולשבת זקוף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תפקידים, שיפוט והצבעה בזירה – מכירים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מדבר/ת ראשון/ה ומציג/ה את העמדה?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נואם/ת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בונה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מפריכ/ה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בונה את הטיעון עם כי ולמשל?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בונה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מסכמ/ת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נותן/ת ציונים לפי כללים?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מראיינ/ת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בודק/ת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שומר/ת כבוד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תפקידים, שיפוט והצבעה בזירה – מזהים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המפריכ/ה הוא להקשיב לצד השני ולענות לטענות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שומר/ת הזמן הוא לשפוט את הקבוצות לפי המחוון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תפקידים, שיפוט והצבעה בזירה – מתאימים תפקיד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מסכמ/ת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מעריכ/ה לפי המחוון: בהירות, ראיות, כבוד והפרכה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מראיינ/ת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סוגר/ת את הדיון: מה אמרנו ולמה צדקנו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כתב/ת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שם/ה לב לטענות שצריך לבדוק מאיפה המידע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בודק/ת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שואל/ת שאלה אחת לכל צד בסוף הדיון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מתעד/ת את הטענות הטובות משני הצדדים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תפקידים, שיפוט והצבעה בזירה – המחוון במילים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מארבעת קריטריוני המחוון בודק אם העמדה מוצגת בבירור וקל לעקוב אחריה – זהו קריטריון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הקריטריון שבודק אם הטענות נתמכות בנימוקים, דוגמאות ומידע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פורמטים ונושאים לדיון – מכירים את הפורמטים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שלטים יש בפינות?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נמשך הדיבייט בזוגות?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למשפט טענה, למשפט נימוק ולמשפט דוגמה על נושא מבנק הנושאים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כתוב/כתבי שתי דרכים לענות בכבוד למישהו שחושב אחרת ממך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הסבר/י מה ההבדל בין ריב לוויכוח, ותן/י דוגמה אחת משלך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זירת הדיבייט: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