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זירת הדיבייט: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ריב לוויכוח מכבד ולהכיר את כללי הזירה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טיעון שלם הכולל טענה, נימוק, ראיה, דוגמה ומענה לטענת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לרכוש מילים וביטויים להקשבה פעילה ולוויכוח מכבד, גם כשקשה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תפקידים שונים בזירת דיבייט ולדעת לשפוט טיעון לפי מחוון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דיבייט – זוכרים ומזהים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מסביר האתר את ההבדל בין ריב לוויכוח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משלושת הכללים של הזירה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הכלל הוא ההפך: מתווכחים על רעיונות, לא על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דיבייט – מבינים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בריב מנסים לנצח את האדם, בוויכוח מחפשים את הרעיון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דיבייט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על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(ומשקפים לפני שעונים)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(זה סימן לחשיבה)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(מנסים לנצח את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 זה דיבייט – כותבים ומנמקים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טיעון חזק – שלבי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העמדה שלי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(למה אני חושב/ת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(נתון, מחקר או מקור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(מקרה מהחיים שממחיש את הנימוק)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טיעון חזק – מה תפקיד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טיעון חזק – כותבים טיעון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עמדה ברור בעד או נגד, עם אחד מהפתיחים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 הגיונית שמסבירה את הטענה, עם מילת 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מדיבור לכתיבה טיעונית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הסיבה לטענה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נתון, מחקר או דברי מומחה שמחזקים את הנימוק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מדיבור לכתיבה טיעונית – זיהוי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המילה 'לדעתי' פותחת הבעת עמדה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דוגמה היא מקרה מוחשי מהחיים, ואילו נתון או סקר הם ראיה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מדיבור לכתיבה טיעונית –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(משום 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(אף על פי 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מדיבור לכתיבה טיעונית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חוסן בוויכוח והקשבה פעילה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חוסן בוויכוח והקשבה פעילה – עוד שאלות קלות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שלבי הכלי הם עצור, שרירים, נשימה, דיבור עצמי מרגיע וקדימה.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שלוש הדרכים שמוזכרות באתר להקשבה פעילה.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חוסן בוויכוח והקשבה פעילה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שיקוף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חוסן בוויכוח והקשבה פעילה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(לשתות מים ולשבת זקוף)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(לרשום את טענת הצד השני ולחפש בה נקודה נכונה)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שם לרגש, למשל ‘אני מתוסכל/ת’)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(להיעזר בקבוצה ולהתייעץ)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תפקידים, שיפוט והצבעה בזירה – מכירים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נואם/ת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בונה טיעונים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תפקידים, שיפוט והצבעה בזירה – מזהים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במפורש: מקשיב/ה לצד השני ועונה לטענות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שומר/ת הזמן מפעיל/ה את הטיימר; השופט/ת מעריכ/ה לפי המחוון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תפקידים, שיפוט והצבעה בזירה – מתאימים תפקיד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(סוגר/ת את הדיון: מה אמרנו ולמה צדקנו)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(שואל/ת שאלה אחת לכל צד בסוף הדיון)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(מתעד/ת את הטענות הטובות משני הצדדים)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תפקידים, שיפוט והצבעה בזירה – המחוון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פורמטים ונושאים לדיון – מכירים את הפורמטים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שלושה משפטים נפרדים ומתאימים לתפקיד שלהם (טענה/נימוק/דוגמה), עם מילת קישור מתאימה כמו 'כי' או 'לדוגמה'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נעשה שימוש בביטויים מכבדים כמו 'אני רואה את זה אחרת' או 'יש בזה היגיון, אבל' ולא בביטויים פוגעניים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מבחין בין התמקדות באדם (ריב) להתמקדות ברעיון (ויכוח), עם דוגמה רלוונטית מחיי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יסודות וכללים, בניית טיעון וכתיבה, ולבסוף חוסן ותפקידים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שמתקשים אפשר לתת פתיחי משפט מוכנים (כמו 'לדעתי…', 'משום ש…') ולבקש להשלים רק סוף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טיעון מלא על נושא מבנק הנושאים כולל מענה לטענת נגד, בלי עזרה מפתיחי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תרגול בעל פה בזוגות לפני הכתיבה, כדי שהתלמידים יתרגלו את הביטויים המכבדים לפני שהם כותבים אותם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זירת הדיבייט: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שלב אחר שלב איך בונים טיעון, איך מקשיבים בכבוד ואיך מתמודדים עם ויכוח שמתחמם. עבדו בסדר הפרקים, ונסו להיעזר במילים ובדוגמאות שמופיעות בכל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ראיה  ·  תוצאה  ·  שיקוף  ·  בהירות  ·  קדימה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 זה דיבייט – זוכרים ומזהים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בריב מנסים לנצח את האדם, ובוויכוח מחפשים את הרעיון הכי טוב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לשנות דעה באמצע ויכוח, וזה נחשב סימן לחשיבה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בזירת הדיבייט מתווכחים על האנשים ולא על הרעיונות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 זה דיבייט – מבינים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ריב לוויכוח לפי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בריב צועקים ובוויכוח 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בריב מנסים לנצח את האדם, בוויכוח מחפשים את הרעיון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כללים יש בזירת הדיבייט?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 זה דיבייט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מתווכחים על רעיונות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מנסים לנצח את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מקשיבים עד הסוף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זה סימן לחשיבה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מותר לשנות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ומשקפים לפני שעונים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על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 זה דיבייט – כותבים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בונים טיעון חזק – שלבי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למה אני חושב/ת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מקרה מהחיים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העמדה שלי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נתון, מחקר או מקור שמחזק את הנימוק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בונים טיעון חזק – מה תפקיד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"לדעתי, צריך לבטל ציונים בחטיבת הביניים" – איזה שלב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"משום שמשוב במילים עוזר להבין מה לשפר" – איזה שלב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בונים טיעון חזק – כותבים טיעון שלם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הנושא: צריך לאסור טלפונים ניידים לאורך כל יום הלימודים. כתבו טענה, והשתמשו באחד הפתיחים: לדעתי... / אני סבור/ה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נימוק לטענה שלכם, בעזרת מילת סיבה: משום ש / מאחר 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מדיבור לכתיבה טיעונית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תפקידו של הנימוק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הסיבה לטענה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הדוגמה המוחשית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תשובה לטענת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ראיה (ביסוס)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מקרה מוחשי שממחיש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נתון, מחקר או דברי מומחה שמחזקים את הנימוק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שמסכם את העמדה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מדיבור לכתיבה טיעונית – זיהוי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שמתחיל במילה 'לדעתי' הוא בדרך כלל טענה או עמדה.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דוגמה בטיעון היא תמיד נתון מספרי או תוצאת סקר.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מדיבור לכתיבה טיעונית –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משום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אף על פי 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ויתור והסתייגות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מדיבור לכתיבה טיעונית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משפט שמביא נתון, מחקר או דברי מומחה כדי לחזק את הנימוק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משפט שפותח במילה 'לכן' מבטא יחס של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חוסן בוויכוח והקשבה פעילה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הפירוש של האות הראשונה בכלי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ערוצים יש בכלי גש״ר מאח״ד?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חוסן בוויכוח והקשבה פעילה – עוד שאלות קלות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דיבור עצמי מרגיע הוא אחד משלבי כלי עש״ן ד״ק.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הקשבה פעילה כוללת שלוש טכניקות: שיקוף, שאלה וסיכום.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חוסן בוויכוח והקשבה פעילה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בכלי עש״ן ד״ק, השלב האחרון שבו חוזרים לדיון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בטכניקת __________ חוזרים במילים שלנו על מה שהצד השני אמר.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חוסן בוויכוח והקשבה פעילה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לרשום את טענת הצד השני ולחפש בה נקודה נכונה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לתת שם לרגש, למשל ‘אני מתוסכל/ת’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להיעזר בקבוצה ולהתייעץ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לשתות מים ולשבת זקוף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תפקידים, שיפוט והצבעה בזירה – מכירים תפקידים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בזירה מציג/ה את העמדה של הקבוצה בבהירות ובביטחון בתחילת הדיון?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נואם/ת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מפריכ/ה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אחראי/ת על הנימוקים, הראיות והדוגמאות של הקבוצה?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שומר/ת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בונה 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מסכמ/ת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תפקידים, שיפוט והצבעה בזירה – מזהים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תפקיד המפריכ/ה הוא להקשיב לצד השני ולענות לטענות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תפקיד שומר/ת הזמן הוא לשפוט את הקבוצות לפי המחוון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תפקידים, שיפוט והצבעה בזירה – מתאימים תפקיד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מסכמ/ת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מתעד/ת את הטענות הטובות משני הצדדים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מראיינ/ת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סוגר/ת את הדיון: מה אמרנו ולמה צדקנו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שואל/ת שאלה אחת לכל צד בסוף הדיון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תפקידים, שיפוט והצבעה בזירה – המחוון במילים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אחד מארבעת קריטריוני המחוון בודק אם העמדה מוצגת בבירור וקל לעקוב אחריה – זהו קריטריון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6 · פורמטים ונושאים לדיון – מכירים את הפורמטים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בפורמט 'ארבע פינות' כמה שלטים תולים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אורך פורמט 'דיבייט בזוגות' לפי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תן/י דוגמה למשפט טענה, למשפט נימוק ולמשפט דוגמה על נושא מבנק הנושאים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כתוב/כתבי שתי דרכים לענות בכבוד למישהו שחושב אחרת ממך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זירת הדיבייט: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